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8"/>
        </w:rPr>
        <w:t>КРИТЕРИЈУМИ ОЦЕЊИВАЊА – ГЕОГРАФИЈА, 8. РАЗРЕД</w:t>
      </w:r>
    </w:p>
    <w:p>
      <w:pPr>
        <w:spacing w:after="120"/>
        <w:jc w:val="center"/>
      </w:pPr>
      <w:r>
        <w:rPr>
          <w:b w:val="0"/>
          <w:sz w:val="20"/>
        </w:rPr>
        <w:t>школска 2026/2027. година – усклађено са оперативним планом рада</w:t>
      </w:r>
    </w:p>
    <w:p>
      <w:pPr>
        <w:spacing w:after="120"/>
      </w:pPr>
      <w:r>
        <w:rPr>
          <w:b w:val="0"/>
          <w:sz w:val="18"/>
        </w:rPr>
        <w:t>Свака виша оцена подразумева да ученик испуњава и критеријуме за све ниже оцене. Довољан (2) одговара основном нивоу, добар (3) делимично средњем, врло добар (4) средњем, а одличан (5) напредном нивоу исхода из оперативног плана.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474"/>
            <w:vAlign w:val="center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Тема</w:t>
            </w:r>
          </w:p>
        </w:tc>
        <w:tc>
          <w:tcPr>
            <w:tcW w:type="dxa" w:w="2438"/>
            <w:vAlign w:val="center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Наставне јединице</w:t>
            </w:r>
          </w:p>
        </w:tc>
        <w:tc>
          <w:tcPr>
            <w:tcW w:type="dxa" w:w="2665"/>
            <w:vAlign w:val="center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Довољан (2)</w:t>
            </w:r>
          </w:p>
        </w:tc>
        <w:tc>
          <w:tcPr>
            <w:tcW w:type="dxa" w:w="2665"/>
            <w:vAlign w:val="center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Добар (3)</w:t>
            </w:r>
          </w:p>
        </w:tc>
        <w:tc>
          <w:tcPr>
            <w:tcW w:type="dxa" w:w="2665"/>
            <w:vAlign w:val="center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Врло добар (4)</w:t>
            </w:r>
          </w:p>
        </w:tc>
        <w:tc>
          <w:tcPr>
            <w:tcW w:type="dxa" w:w="3231"/>
            <w:vAlign w:val="center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Одличан (5)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vMerge w:val="restart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Географски положај, границе и величина територије Србије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Југоисточна Европа, интеграциони и дезинтеграциони процеси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државе Југоисточне Европе и показује их на карти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зна да међународне организације унапређују поштовање права и слобода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разуме значај међународних организација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распад СФРЈ као дезинтеграциони процес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појмове интеграција и глобализација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разуме значај политичког и економског повезивања Европе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разуме значај ЕУ за економију земаља чланица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самостално тумачи интеграцију и глобализацију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значај ЕУ за добробит грађана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утицај интеграционих процеса на положај Србије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Географски положај Србије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математичко-географски положај Србије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суседне државе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крајње тачке Србије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зна да је Србија јужноевропска, балканска, панонска и подунавска земља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Србију и суседне државе на карти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саобраћајно-географски положај Србије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уочава на карти повезаност Србије са другим регијама и државама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Моравско-вардарске долине, Коридора 10 и Дунава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сложеност и повољност положаја Србије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разуме утицај положаја на историјски и привредни развој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Историјско-географски развој Србије; Симболи Србије; Територија, границе и проблеми у пограничним областима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државне симболе Србије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површину Србије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описује грб, заставу и химну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главне етапе територијалног развоја српске државе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природне и вештачке границе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упоређује величину и број становника Србије са другим државама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карактеристике граница Србије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самостално објашњава зашто је Србија била на удару освајача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проблеме и депопулацију пограничних области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графички приказује податке о територији Србије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vMerge w:val="restart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Физичко-географске одлике Србије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Геотектонски процеси на територији Србије; Вулканизам и сеизмизам Србије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основне геотектонске процесе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подручја угрожена земљотресима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геотектонске целине (Панонски басен, Динариди, Карпато-балканиди, Српско-македонска маса)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трагове вулканизма у Србији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описује узроке и последице геотектонских процеса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вулканизам и сеизмизам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на карти геотектонске целине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настанак главних геотектонских целина и Панонског басена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предлаже мере заштите и поступке у случају земљотреса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Рељеф Србије; Низије и ободи низија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именује рељефне целине, планине, низије и котлине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Панонску низију на карти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описује панонску и планинску рељефну целину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лесне заравни и пешчаре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географске регије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класификује облике рељефа Србије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настанак леса и пешчара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утицај спољашњих и унутрашњих сила на рељеф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настанак и значај Панонске низије за пољопривреду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Планинско-котлинска област (Српско-македонска маса, Карпато-балканиди, Динариди, Косовско-метохијска котлина, Вардарска зона)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показује на карти планине и котлине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највише врхове Србије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описује одлике планинских целина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клисуре и пећине Србије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издваја регије Србије и објашњава њихове одлике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настанак крашког рељефа и Ђердапске клисуре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упоређује планинске целине Србије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самостално објашњава издвајање регија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утицај рељефа на живот, саобраћај и привреду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предлаже мере заштите од клизишта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Клима Србије – климатски фактори и елементи; Климатске области у Србији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типове климе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климатске елементе и ветрове (кошава)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описује климу Србије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на карти климатске области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утицај климатских фактора на климу Србије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клима-дијаграме места у Србији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упоређује климатске области и објашњава разлике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климатске промене и предлаже мере прилагођавања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Подземне воде, реке и језера Србије; Заштита вода и заштита од вода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именује реке, језера и бање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на карти сливове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описује сливове, реке, језера и подземне воде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изворе загађења вода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класификује реке по сливовима и језера по постанку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речни режим и заштиту од поплава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термоминералних вода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начине коришћења вода (наводњавање, хидроенергија, туризам)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предлаже мере заштите вода у локалној средини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Земљишта Србије; Распрострањеност биљног и животињског света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типове земљишта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карактеристичне биљне и животињске врсте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описује земљишта Србије (чернозем, гајњача, смоница)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ендемичне врсте (Панчићева оморика, рамонда)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повезаност природних елемената Србије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висинску зоналност вегетације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самостално тумачи повезаност природних и друштвених елемената Србије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предлаже мере заштите земљишта и угрожених врста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vMerge w:val="restart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Друштвено-географске одлике Србије – становништво и насеља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Кретање броја становника и њихов просторни размештај; Миграциони процеси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број становника Србије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врсте миграција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зна да се подаци добијају пописом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израчунава густину насељености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природно кретање становништва и миграције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„одлив мозгова” и депопулацију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самостално тумачи узроке и последице миграција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користи различите изворе и презентује податке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Структуре становништва; Демографски проблеми и популациона политика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препознаје народе и етничке заједнице у Србији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демографске проблеме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структуре становништва Србије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мере популационе политике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старосне пирамиде и табеле и изводи закључке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старење становништва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изводи закључке о важности популационе политике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повезује знања са другим предметима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уважава различитости народа и култура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Прва насеља у Србији; Стална насеља у Србији; Београд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именује главни град и веће градове и показује их на карти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прва насеља (Лепенски вир, Винча)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разликује типове насеља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описује положај и функције Београда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урбанизацију, деаграризацију и депопулацију села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утицај природних фактора на настанак насеља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рурално-урбане процесе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предлаже решења урбаних проблема Београда и мере за развој села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vMerge w:val="restart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Друштвено-географске одлике Србије – привреда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Основне одлике привреде; Пољопривреда; Лов, риболов и шумарство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дели привреду на делатности, гране и секторе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именује гране пољопривреде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факторе развоја привреде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фазе развоја привреде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пољопривредне области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потребу развоја пољопривреде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Војводине за пољопривреду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размештај пољопривреде на карти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одрживог коришћења шума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промене у структури привреде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Индустрија; Тешка индустрија – рударство и енергетика; Остале гране тешке индустрије; Лака индустрија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именује гране индустрије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енергетске изворе и руде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разликује тешку и лаку индустрију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рударске и енергетске центре (Бор, Мајданпек, Колубара, Ђердап)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размештај индустрије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разуме одрживо коришћење ресурса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обновљивих извора енергије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доводи у везу индустрију и квалитет животне средине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презентује начине заштите ресурса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Саобраћај; Туризам и трговина; Делатности квартарног сектора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именује врсте туризма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врсте саобраћаја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описује саобраћај у Србији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описује трговину и туристичке регије Србије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значај спољне трговине и туризма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Коридора 10, Коридора 7 и квартарног сектора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самостално процењује значај саобраћаја, трговине и туризма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туристичке потенцијале локалне средине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vMerge w:val="restart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Природна и културна баштина Србије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Природна баштина Србије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националне паркове Србије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их на карти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описује природну баштину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разликује категорије заштићених подручја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означава природну баштину на немој карти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заштите природе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значај баштине за туризам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предлаже мере заштите природе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Културна баштина Србије; Светска баштина под заштитом Унеска у Србији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споменике културе Србије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објекте светске баштине у Србији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описује културну баштину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описује добра под заштитом Унеска (Студеница, Стари Рас, Гамзиград, стећци)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означава културну баштину на карти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Унеска за очување баштине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вреднује значај баштине за идентитет Србије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израђује презентацију или туристички водич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Географија завичаја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Географија завичаја; Представљање истраживачких радова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положај општине на карти Србије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основне одлике завичаја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описује основне природне и друштвене одлике општине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прикупља податке о завичају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описује одлике општине и наводи перспективе развоја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графички приказује и анализира податке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утицај природних и друштвених процеса на развој општине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изводи закључке и предлаже решења проблема у завичају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Срби у региону и дијаспори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Срби у региону; Срби у дијаспори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именује суседне и друге државе у којима живе Срби и проналази их на карти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државе са највећом српском дијаспором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узроке миграција српског становништва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последице исељавања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разуме значај веза исељеника са Србијом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табеле и изводи закључке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познаје регије у суседним државама у којима живе Срби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самостално објашњава значај економских и културних веза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очувања језика и ћирилице</w:t>
            </w:r>
          </w:p>
        </w:tc>
      </w:tr>
    </w:tbl>
    <w:p>
      <w:pPr>
        <w:spacing w:after="80"/>
      </w:pPr>
      <w:r>
        <w:rPr>
          <w:b w:val="0"/>
          <w:sz w:val="18"/>
        </w:rPr>
      </w:r>
    </w:p>
    <w:p>
      <w:pPr>
        <w:spacing w:after="0"/>
      </w:pPr>
      <w:r>
        <w:rPr>
          <w:b w:val="0"/>
          <w:sz w:val="18"/>
        </w:rPr>
        <w:t>Начини праћења и оцењивања: усмено одговарање, писмене провере (тестови), рад на карти и немој карти, израда пројектног задатка и презентација, домаћи задаци, активност и сарадња на часу.</w:t>
      </w:r>
    </w:p>
    <w:sectPr w:rsidR="00FC693F" w:rsidRPr="0006063C" w:rsidSect="00034616"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