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КРИТЕРИЈУМИ ОЦЕЊИВАЊА – ГЕОГРАФИЈА, 6. РАЗРЕД</w:t>
      </w:r>
    </w:p>
    <w:p>
      <w:pPr>
        <w:spacing w:after="120"/>
        <w:jc w:val="center"/>
      </w:pPr>
      <w:r>
        <w:rPr>
          <w:b w:val="0"/>
          <w:sz w:val="20"/>
        </w:rPr>
        <w:t>школска 2026/2027. година – усклађено са оперативним планом рада</w:t>
      </w:r>
    </w:p>
    <w:p>
      <w:pPr>
        <w:spacing w:after="120"/>
      </w:pPr>
      <w:r>
        <w:rPr>
          <w:b w:val="0"/>
          <w:sz w:val="18"/>
        </w:rPr>
        <w:t>Свака виша оцена подразумева да ученик испуњава и критеријуме за све ниже оцене. Довољан (2) одговара основном нивоу, добар (3) делимично средњем, врло добар (4) средњем, а одличан (5) напредном нивоу исхода из оперативног плана.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474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Тема</w:t>
            </w:r>
          </w:p>
        </w:tc>
        <w:tc>
          <w:tcPr>
            <w:tcW w:type="dxa" w:w="2438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Наставне јединице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Довољан (2)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Добар (3)</w:t>
            </w:r>
          </w:p>
        </w:tc>
        <w:tc>
          <w:tcPr>
            <w:tcW w:type="dxa" w:w="2665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Врло добар (4)</w:t>
            </w:r>
          </w:p>
        </w:tc>
        <w:tc>
          <w:tcPr>
            <w:tcW w:type="dxa" w:w="3231"/>
            <w:vAlign w:val="center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b/>
                <w:sz w:val="18"/>
              </w:rPr>
              <w:t>Одличан (5)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Друштво и географија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Друштво и географија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појам и поделу друштвене географије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шта је природна, а шта географска средина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гране друштвене географије и њихов предмет проучавања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препознаје природну и географску средину на фотографији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природна и географска средина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шта проучавају географија становништва, насеља, економска и политичка географија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примере утицаја човека на простор у свом окружењу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повезује физичко-географске и друштвено-географске појаве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 примеру из локалне средине образлаже узајамни утицај природе и друштва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решава проблемске задатке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Географска карта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Географска/картографска мрежа; Географска ширина и географска дужина, часовне зоне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шта чини географску мрежу и разликује паралеле и меридијане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екватор, почетни меридијан и полове на глобусу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шта је географска ширина и дужина и у којим јединицама се изражавају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препознаје часовне зоне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значај географске мреже, ширине и дужине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одређује географску ширину и дужину тачке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настанак часовних зона и датумске границе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математичко-географски положај места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географску мрежу и часовне зоне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израчунава разлику у времену између места у различитим часовним зонама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Појам карте и њен развој кроз историју; Елементи карте (математички, географски и допунски)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шта је географска карта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препознаје наслов, легенду и размер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дефинише појам и елементе карте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примере старих карата и картографа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математичке, географске и допунске елементе карте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развој карте кроз историју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старе и савремене карте и објашњава разлике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карту на основу њених елемената и бира одговарајућу карту за задатак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Картографски знаци и методе за представљање рељефа на карти; Подела карата према садржају и величини размера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методе представљања рељефа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препознаје основне картографске знаке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врсте картографских знакова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врсте карата према размеру и садржају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појам надморске и релативне висине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методе представљања рељефа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разврстава карте према садржају и размеру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одређује надморску висину помоћу хипсометријске скале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тумачи рељеф помоћу изохипси и хипсометријске скале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исти објекат на картама различитог размера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коју врсту карте користити за одређену намену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Оријентација у простору и оријентација карте, мерење на карти, сателитски навигациони системи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начине оријентације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одређује стране света помоћу компаса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стране света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оријентише карту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одређује растојање помоћу размера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претвара нумерички размер у дужински и обрнуто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оријентише се помоћу компаса, карте и GPS-а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принцип рада сателитских навигационих система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примењује знања из картографије у свакодневном животу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Становништво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Основни појмови о становништву; Број и распоред становништва на Земљи; Миграције становништва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познаје основне појмове о становништву (екумена, наталитет, морталитет, природни прираштај)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шта су миграције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природно и механичко кретање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факторе густине насељености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врсте миграција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најгушће и најређе насељене области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израчунава густину насељености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узроке и врсте миграција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утицај природних и друштвених фактора на размештај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критички разматра последице миграција у свету и Србији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Структура становништва: биолошка; Структура становништва: друштвено-економска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основне структуре становништва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препознаје старосну пирамиду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полну и старосну структуру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младо, зрело и старо становништво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образовну, етничку и економску структуру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чита податке о структури са графикона и табеле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старосне пирамиде и изводи закључке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структуре становништва развијених и неразвијених земаља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свест о солидарности међу различитим групама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Савремени демографски процеси у Србији, Европи и свету; Израда пројектног задатка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савремене демографске процесе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учествује у прикупљању података за пројекат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старење становништва и демографска експлозија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приказује податке табелом уз помоћ наставника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разуме узроке и последице природног прираштаја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обрађује и приказује податке табелом или графиконом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објашњава демографске процесе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критички разматра последице природног прираштаја у свету и Србији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осмишљава и презентује пројекат уз закључке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Насеља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Појам и настанак првих насеља; Положај и географски размештај насеља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шта је насеље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насеље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настанак првих насеља и наводи примере (Лепенски вир, Винча)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природне услове повољне за настанак насеља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географски положај насеља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утицај природне средине и привреде на размештај насеља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факторе размештаја насеља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процењује предности и недостатке положаја свог насеља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Величина и функције насеља; Типови насеља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разлике између села и града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разврстава насеља по величини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типове и функције насеља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градска, сеоска и прелазна насеља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функције насеља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типове насеља у свету и Србији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повезује типове насеља са друштвено-економским процесима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одређује и образлаже функције свог насеља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Урбанизација; Град – унутрашња структура и односи са околним простором; Село и рурални процеси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шта је урбанизација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делове града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описује унутрашњу структуру града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агломерације света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урбанизацију, деаграризацију и депопулацију села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појмове агломерација и мегалополис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процесе у развоју насеља на примерима из Србије, Европе и света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односе града и околине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решења за проблеме великих градова и развој села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Привреда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Привреда, привредне делатности и сектори привреде; Пољопривреда и географски простор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поделу привреде на делатности и секторе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гране пољопривреде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разврстава делатности по секторима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основне појмове пољопривреде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екстензивну и интензивну пољопривреду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чиниоце развоја пољопривреде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помоћу карте анализира утицај природних и друштвених фактора на размештај привреде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међусобну повезаност сектора привреде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Индустрија и географски простор; Саобраћај, туризам и географски простор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гране индустрије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врсте саобраћаја и туризма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гране саобраћаја и туризма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тешку и лаку индустрију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индустријализацију и чиниоце размештаја индустрије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саобраћаја и туризма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доводи у везу размештај привреде и квалитет животне средине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предлаже мере за смањење загађења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процењује туристичке потенцијале свог краја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Ванпривредне делатности; Развијени и неразвијени региони и државе; Концепт одрживог развоја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ванпривредне делатности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шта је одрживи развој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делатности квартарног сектора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примере развијених и неразвијених земаља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разлике у развијености држава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показатеље развијености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концепт одрживог развоја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доводи у везу развој привреде и животну средину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узроке неједнаког развоја у свету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вреднује алтернативе одрживог развоја у локалној средини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Држава и интеграциони процеси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Појам и настанак првих држава; Географски положај државе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појмове држава, државна територија и граница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државу на политичкој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елементе државе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настанак првих држава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како се одређује положај државе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математички, саобраћајни и политички положај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положај Србије и других држава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предности и недостатке положаја државе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Величина и компактност територије државе; Појам и функција државних граница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велике и мале државе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шта је граница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врсте граница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примере великих и малих држава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компактне и фрагментиране државе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функције граница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енклаве и ексклаве на примерима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примере граница на карти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Главни град; Облик владавине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дефинише појам главног града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облике владавине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главне градове европских држава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облике владавине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монархију и републику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улогу главног града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европски и амерички тип главног града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државе по облику владавине и државном уређењу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Политичко-географска карта света после Другог светског рата; Територијални интегритет и спорови; Интеграциони процеси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да се број држава мењао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примере интеграција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међународне организације (УН, ЕУ, НАТО, UNICEF, UNESCO)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појам територијалног интегритета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представља процесе формирања савремене политичке карте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улогу НАТО, УН и ЕУ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узроке оружаних сукоба и територијалних спорова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интеграционих процеса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критички процењује информације о државама и интеграцијама</w:t>
            </w:r>
          </w:p>
        </w:tc>
      </w:tr>
      <w:tr>
        <w:trPr>
          <w:cantSplit w:val="true"/>
        </w:trPr>
        <w:tc>
          <w:tcPr>
            <w:tcW w:type="dxa" w:w="1474"/>
            <w:vAlign w:val="top"/>
            <w:vMerge w:val="restart"/>
            <w:shd w:val="clear" w:color="auto" w:fill="F2F2F2"/>
          </w:tcPr>
          <w:p>
            <w:pPr>
              <w:spacing w:after="20"/>
            </w:pPr>
            <w:r/>
            <w:r>
              <w:rPr>
                <w:b/>
                <w:sz w:val="18"/>
              </w:rPr>
              <w:t>Географија Европе</w:t>
            </w:r>
          </w:p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Географске регије и регионална географија Европе; Положај и границе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континенте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показује Европу на карти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зна порекло назива, величину и простирање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шта је географска регија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положај, мора и крајње тачке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регионализацију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појам Евроазије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предмет и поделу регионалне географије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Природне карактеристике Европе: разуђеност обале, рељеф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низије и планине Европе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највећа острва и полуострва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облике разуђености обала и рељефа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разликује старе и младе планине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илуструје уз помоћ карте најважније објекте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облике разуђености обале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попуњава нему карту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рељеф са настанком и распоредом облика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Природне карактеристике Европе: воде, клима и биљни свет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веће реке Европе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климатске типове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именује веће реке и језера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издваја сливове река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разликује климатске типове и објашњава факторе климе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клима-дијаграм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самостално објашњава распоред живог света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природне одлике са регијама Европе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Становништво Европе; Насеља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групе народа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највеће градове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 карти веће градове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густину насељености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размештај становништва и одлике насеља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тумачи полно-старосне пирамиде Европе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анализира кретање становништва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повезује размештај насеља са природним условима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Привреда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главне привредне гране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обновљиве изворе енергије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најважнија индустријска подручја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одлике привреде развијених земаља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размештај привреде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објашњава значај ЕУ за привреду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упоређује привреду високо- и средњеразвијених земаља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привредно најразвијенија подручја на карти</w:t>
            </w:r>
          </w:p>
        </w:tc>
      </w:tr>
      <w:tr>
        <w:trPr>
          <w:cantSplit w:val="true"/>
        </w:trPr>
        <w:tc>
          <w:tcPr>
            <w:tcW w:type="dxa" w:w="2523"/>
            <w:vMerge/>
          </w:tcPr>
          <w:p/>
        </w:tc>
        <w:tc>
          <w:tcPr>
            <w:tcW w:type="dxa" w:w="2438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Географске регије Европе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наводи регије Европе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наводи по две државе у свакој регији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показује регије и њихове државе на карти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описује основне одлике регија</w:t>
            </w:r>
          </w:p>
        </w:tc>
        <w:tc>
          <w:tcPr>
            <w:tcW w:type="dxa" w:w="2665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издваја регије и објашњава критеријуме издвајања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упоређује регије по природним и друштвеним одликама</w:t>
            </w:r>
          </w:p>
        </w:tc>
        <w:tc>
          <w:tcPr>
            <w:tcW w:type="dxa" w:w="3231"/>
            <w:vAlign w:val="top"/>
          </w:tcPr>
          <w:p>
            <w:pPr>
              <w:spacing w:after="20"/>
            </w:pPr>
            <w:r/>
            <w:r>
              <w:rPr>
                <w:b w:val="0"/>
                <w:sz w:val="17"/>
              </w:rPr>
              <w:t>– објашњава везе и законитости у Европи</w:t>
            </w:r>
          </w:p>
          <w:p>
            <w:pPr>
              <w:spacing w:after="20"/>
            </w:pPr>
            <w:r>
              <w:rPr>
                <w:b w:val="0"/>
                <w:sz w:val="17"/>
              </w:rPr>
              <w:t>– анализира односе држава Европе</w:t>
            </w:r>
          </w:p>
        </w:tc>
      </w:tr>
    </w:tbl>
    <w:p>
      <w:pPr>
        <w:spacing w:after="80"/>
      </w:pPr>
      <w:r>
        <w:rPr>
          <w:b w:val="0"/>
          <w:sz w:val="18"/>
        </w:rPr>
      </w:r>
    </w:p>
    <w:p>
      <w:pPr>
        <w:spacing w:after="0"/>
      </w:pPr>
      <w:r>
        <w:rPr>
          <w:b w:val="0"/>
          <w:sz w:val="18"/>
        </w:rPr>
        <w:t>Начини праћења и оцењивања: усмено одговарање, писмене провере (тестови), рад на карти и немој карти, израда пројектног задатка и презентација, домаћи задаци, активност и сарадња на часу.</w:t>
      </w:r>
    </w:p>
    <w:sectPr w:rsidR="00FC693F" w:rsidRPr="0006063C" w:rsidSect="00034616"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